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0"/>
        </w:rPr>
        <w:t>[Your Business Name]</w:t>
      </w:r>
    </w:p>
    <w:p>
      <w:r>
        <w:rPr>
          <w:sz w:val="18"/>
        </w:rPr>
        <w:t>[Address line 1] · [Town/City] · [Postcode]</w:t>
        <w:br/>
        <w:t>[Phone] · [Email] · [VAT/Tax number if registered]</w:t>
      </w:r>
    </w:p>
    <w:p>
      <w:r>
        <w:rPr>
          <w:b/>
          <w:color w:val="B0721A"/>
          <w:sz w:val="32"/>
        </w:rPr>
        <w:t>INVOICE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Invoice number</w:t>
            </w:r>
          </w:p>
        </w:tc>
        <w:tc>
          <w:tcPr>
            <w:tcW w:type="dxa" w:w="4986"/>
          </w:tcPr>
          <w:p>
            <w:r>
              <w:t>[INV-0001]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Date</w:t>
            </w:r>
          </w:p>
        </w:tc>
        <w:tc>
          <w:tcPr>
            <w:tcW w:type="dxa" w:w="4986"/>
          </w:tcPr>
          <w:p>
            <w:r>
              <w:t>[Date]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Payment due</w:t>
            </w:r>
          </w:p>
        </w:tc>
        <w:tc>
          <w:tcPr>
            <w:tcW w:type="dxa" w:w="4986"/>
          </w:tcPr>
          <w:p>
            <w:r>
              <w:t>[Date + 14 days]</w:t>
            </w:r>
          </w:p>
        </w:tc>
      </w:tr>
    </w:tbl>
    <w:p/>
    <w:p>
      <w:r>
        <w:rPr>
          <w:b/>
        </w:rPr>
        <w:t xml:space="preserve">To: </w:t>
      </w:r>
      <w:r>
        <w:t>[Customer name]</w:t>
        <w:br/>
        <w:t>[Customer address]</w:t>
        <w:br/>
        <w:t>[Site address, if different]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2493"/>
          </w:tcPr>
          <w:p>
            <w:r>
              <w:rPr>
                <w:b/>
              </w:rPr>
              <w:t>Qty</w:t>
            </w:r>
          </w:p>
        </w:tc>
        <w:tc>
          <w:tcPr>
            <w:tcW w:type="dxa" w:w="2493"/>
          </w:tcPr>
          <w:p>
            <w:r>
              <w:rPr>
                <w:b/>
              </w:rPr>
              <w:t>Unit price</w:t>
            </w:r>
          </w:p>
        </w:tc>
        <w:tc>
          <w:tcPr>
            <w:tcW w:type="dxa" w:w="2493"/>
          </w:tcPr>
          <w:p>
            <w:r>
              <w:rPr>
                <w:b/>
              </w:rPr>
              <w:t>Total</w:t>
            </w:r>
          </w:p>
        </w:tc>
      </w:tr>
      <w:tr>
        <w:tc>
          <w:tcPr>
            <w:tcW w:type="dxa" w:w="2493"/>
          </w:tcPr>
          <w:p>
            <w:r>
              <w:t>Emergency callout and leak repair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Supply and install combi boiler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Bathroom first fix pipework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Replace radiator valves (pair)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Power flush central heating system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Subtotal</w:t>
            </w:r>
          </w:p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VAT at [20]%</w:t>
            </w:r>
          </w:p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2493"/>
          </w:tcPr>
          <w:p/>
        </w:tc>
      </w:tr>
    </w:tbl>
    <w:p/>
    <w:p>
      <w:r>
        <w:rPr>
          <w:b/>
        </w:rPr>
        <w:t>Terms</w:t>
        <w:br/>
      </w:r>
      <w:r>
        <w:t>Payment is due within 14 days of the invoice date. Bank transfer to: [Account name] | Sort code: [00-00-00] | Account number: [00000000]. Please use the invoice number as the payment reference.</w:t>
      </w:r>
    </w:p>
    <w:p>
      <w:pPr>
        <w:jc w:val="center"/>
      </w:pPr>
      <w:r>
        <w:rPr>
          <w:sz w:val="16"/>
        </w:rPr>
        <w:t>Plumber invoice template from TradeQuoteKit.com (free to use)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